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E028" w14:textId="77777777" w:rsidR="00383E2A" w:rsidRPr="00A26C68" w:rsidRDefault="008915E3">
      <w:pPr>
        <w:pStyle w:val="Title"/>
        <w:rPr>
          <w:sz w:val="40"/>
          <w:szCs w:val="40"/>
        </w:rPr>
      </w:pPr>
      <w:r w:rsidRPr="00A26C68">
        <w:rPr>
          <w:sz w:val="40"/>
          <w:szCs w:val="40"/>
        </w:rPr>
        <w:t>Alvington 100 Club – Application Form</w:t>
      </w:r>
    </w:p>
    <w:p w14:paraId="1307E9F8" w14:textId="77777777" w:rsidR="00383E2A" w:rsidRDefault="008915E3">
      <w:pPr>
        <w:pStyle w:val="Heading1"/>
      </w:pPr>
      <w:r>
        <w:t>Applicant Details</w:t>
      </w:r>
    </w:p>
    <w:p w14:paraId="2C32EE27" w14:textId="77777777" w:rsidR="00383E2A" w:rsidRDefault="008915E3" w:rsidP="004A2394">
      <w:pPr>
        <w:spacing w:after="120"/>
      </w:pPr>
      <w:r>
        <w:t xml:space="preserve">Full Name: </w:t>
      </w:r>
      <w:sdt>
        <w:sdtPr>
          <w:id w:val="53752589"/>
          <w:text/>
        </w:sdtPr>
        <w:sdtEndPr/>
        <w:sdtContent>
          <w:r>
            <w:t>Click here to enter text</w:t>
          </w:r>
        </w:sdtContent>
      </w:sdt>
    </w:p>
    <w:p w14:paraId="1FD96EF9" w14:textId="77777777" w:rsidR="00383E2A" w:rsidRDefault="008915E3" w:rsidP="004A2394">
      <w:pPr>
        <w:spacing w:after="120"/>
      </w:pPr>
      <w:r>
        <w:t xml:space="preserve">Address: </w:t>
      </w:r>
      <w:sdt>
        <w:sdtPr>
          <w:id w:val="1771980446"/>
          <w:text/>
        </w:sdtPr>
        <w:sdtEndPr/>
        <w:sdtContent>
          <w:r>
            <w:t>Enter address</w:t>
          </w:r>
        </w:sdtContent>
      </w:sdt>
    </w:p>
    <w:p w14:paraId="211228C1" w14:textId="77777777" w:rsidR="00383E2A" w:rsidRDefault="008915E3" w:rsidP="004A2394">
      <w:pPr>
        <w:spacing w:after="120"/>
      </w:pPr>
      <w:r>
        <w:t xml:space="preserve">Email Address: </w:t>
      </w:r>
      <w:sdt>
        <w:sdtPr>
          <w:id w:val="1667968146"/>
          <w:text/>
        </w:sdtPr>
        <w:sdtEndPr/>
        <w:sdtContent>
          <w:r>
            <w:t>Click here to enter text</w:t>
          </w:r>
        </w:sdtContent>
      </w:sdt>
    </w:p>
    <w:p w14:paraId="062CA5AF" w14:textId="192B5843" w:rsidR="00383E2A" w:rsidRDefault="008915E3" w:rsidP="004A2394">
      <w:pPr>
        <w:tabs>
          <w:tab w:val="left" w:pos="4656"/>
        </w:tabs>
        <w:spacing w:after="120"/>
      </w:pPr>
      <w:r>
        <w:t xml:space="preserve">Telephone Number: </w:t>
      </w:r>
      <w:sdt>
        <w:sdtPr>
          <w:id w:val="1871972185"/>
          <w:text/>
        </w:sdtPr>
        <w:sdtEndPr/>
        <w:sdtContent>
          <w:r>
            <w:t>Click here to enter text</w:t>
          </w:r>
        </w:sdtContent>
      </w:sdt>
      <w:r w:rsidR="00DB65C2">
        <w:tab/>
      </w:r>
    </w:p>
    <w:p w14:paraId="0B49C985" w14:textId="09ED2A16" w:rsidR="00DB65C2" w:rsidRDefault="006A7A69" w:rsidP="04F9DD06">
      <w:pPr>
        <w:pStyle w:val="Heading1"/>
      </w:pPr>
      <w:r>
        <w:t>Amount of numbers to purchase</w:t>
      </w:r>
    </w:p>
    <w:p w14:paraId="4E390B41" w14:textId="1A342985" w:rsidR="006A7A69" w:rsidRDefault="004F56B8" w:rsidP="006A7A69">
      <w:sdt>
        <w:sdtPr>
          <w:id w:val="250629976"/>
          <w:text/>
        </w:sdtPr>
        <w:sdtEndPr/>
        <w:sdtContent>
          <w:r w:rsidR="00313612">
            <w:t>Click here to enter text</w:t>
          </w:r>
        </w:sdtContent>
      </w:sdt>
    </w:p>
    <w:p w14:paraId="2F2981BE" w14:textId="4355AB5F" w:rsidR="0028041B" w:rsidRDefault="00976D5D" w:rsidP="0028041B">
      <w:pPr>
        <w:pStyle w:val="Heading1"/>
      </w:pPr>
      <w:r>
        <w:t>Number of months/draws to be entered into</w:t>
      </w:r>
    </w:p>
    <w:p w14:paraId="52FB1A98" w14:textId="58647F66" w:rsidR="0028041B" w:rsidRPr="006A7A69" w:rsidRDefault="004F56B8" w:rsidP="006A7A69">
      <w:sdt>
        <w:sdtPr>
          <w:id w:val="208690534"/>
          <w:text/>
        </w:sdtPr>
        <w:sdtEndPr/>
        <w:sdtContent>
          <w:r w:rsidR="0028041B">
            <w:t>Click here to enter text</w:t>
          </w:r>
        </w:sdtContent>
      </w:sdt>
    </w:p>
    <w:p w14:paraId="6418D546" w14:textId="7D19E9E5" w:rsidR="72977D28" w:rsidRDefault="72977D28" w:rsidP="04F9DD06">
      <w:pPr>
        <w:pStyle w:val="Heading1"/>
      </w:pPr>
      <w:r>
        <w:t>Numbers Preferred</w:t>
      </w:r>
      <w:r w:rsidR="00603FA0">
        <w:t xml:space="preserve"> from 1 to 100</w:t>
      </w:r>
      <w:r>
        <w:t xml:space="preserve"> (if taken nearest number will be allocated)</w:t>
      </w:r>
    </w:p>
    <w:p w14:paraId="610CC80A" w14:textId="0F89BF46" w:rsidR="68C391D8" w:rsidRDefault="004F56B8" w:rsidP="04F9DD06">
      <w:sdt>
        <w:sdtPr>
          <w:id w:val="2071745679"/>
          <w:text/>
        </w:sdtPr>
        <w:sdtEndPr/>
        <w:sdtContent>
          <w:r w:rsidR="68C391D8">
            <w:t>Click here to enter text</w:t>
          </w:r>
        </w:sdtContent>
      </w:sdt>
    </w:p>
    <w:p w14:paraId="03656CE6" w14:textId="77777777" w:rsidR="00383E2A" w:rsidRDefault="008915E3">
      <w:pPr>
        <w:pStyle w:val="Heading1"/>
      </w:pPr>
      <w:r>
        <w:t>Payment Method</w:t>
      </w:r>
    </w:p>
    <w:p w14:paraId="235ECDC5" w14:textId="77777777" w:rsidR="009C7774" w:rsidRDefault="004F56B8" w:rsidP="009C7774">
      <w:sdt>
        <w:sdtPr>
          <w:id w:val="236366570"/>
          <w:text/>
        </w:sdtPr>
        <w:sdtEndPr/>
        <w:sdtContent>
          <w:r w:rsidR="009C7774">
            <w:t>Click here to enter text</w:t>
          </w:r>
        </w:sdtContent>
      </w:sdt>
    </w:p>
    <w:p w14:paraId="5D84BB78" w14:textId="6096A5DA" w:rsidR="00383E2A" w:rsidRDefault="1501356D">
      <w:pPr>
        <w:pStyle w:val="Heading1"/>
      </w:pPr>
      <w:r>
        <w:t>Bank Transfer/Standing Order Details</w:t>
      </w:r>
    </w:p>
    <w:p w14:paraId="1A43D769" w14:textId="3288882D" w:rsidR="00383E2A" w:rsidRDefault="04F9DD06" w:rsidP="004A2394">
      <w:pPr>
        <w:spacing w:after="120"/>
      </w:pPr>
      <w:r>
        <w:t xml:space="preserve">Account </w:t>
      </w:r>
      <w:r w:rsidR="12E1EE17">
        <w:t xml:space="preserve">Name: </w:t>
      </w:r>
      <w:r w:rsidR="004460F1">
        <w:t>Alvington Parish Council</w:t>
      </w:r>
    </w:p>
    <w:p w14:paraId="0C2E4D44" w14:textId="472F25CB" w:rsidR="00383E2A" w:rsidRDefault="04F9DD06" w:rsidP="004A2394">
      <w:pPr>
        <w:spacing w:after="120"/>
      </w:pPr>
      <w:r>
        <w:t>Sort Code:</w:t>
      </w:r>
      <w:r w:rsidR="56CF4513">
        <w:t xml:space="preserve"> </w:t>
      </w:r>
      <w:r w:rsidR="004460F1">
        <w:t>30-66-77</w:t>
      </w:r>
    </w:p>
    <w:p w14:paraId="54FA1ACC" w14:textId="2F3FF365" w:rsidR="00383E2A" w:rsidRDefault="04F9DD06" w:rsidP="004A2394">
      <w:pPr>
        <w:spacing w:after="120"/>
      </w:pPr>
      <w:r>
        <w:t>Account Number:</w:t>
      </w:r>
      <w:r w:rsidR="6A4FDB46">
        <w:t xml:space="preserve"> </w:t>
      </w:r>
      <w:r w:rsidR="004460F1">
        <w:t>73988568</w:t>
      </w:r>
    </w:p>
    <w:p w14:paraId="174DECB8" w14:textId="12D75563" w:rsidR="00383E2A" w:rsidRDefault="004460F1" w:rsidP="004A2394">
      <w:pPr>
        <w:spacing w:after="120"/>
      </w:pPr>
      <w:r>
        <w:t>£</w:t>
      </w:r>
      <w:r w:rsidR="009C7774">
        <w:t>5</w:t>
      </w:r>
      <w:r w:rsidR="00B47291">
        <w:t xml:space="preserve"> per number</w:t>
      </w:r>
      <w:r w:rsidR="009C7774">
        <w:t xml:space="preserve"> per month</w:t>
      </w:r>
      <w:r>
        <w:t xml:space="preserve"> for bank transfer</w:t>
      </w:r>
      <w:r w:rsidR="0028041B">
        <w:t>/standing order</w:t>
      </w:r>
      <w:r w:rsidR="00861B26">
        <w:t xml:space="preserve"> £60 for the year. Please include name in reference.</w:t>
      </w:r>
    </w:p>
    <w:p w14:paraId="792B99F8" w14:textId="77777777" w:rsidR="00383E2A" w:rsidRDefault="008915E3">
      <w:pPr>
        <w:pStyle w:val="Heading1"/>
      </w:pPr>
      <w:r>
        <w:t>Consent &amp; Declarations</w:t>
      </w:r>
    </w:p>
    <w:p w14:paraId="73C90E65" w14:textId="0C1D0A28" w:rsidR="00383E2A" w:rsidRDefault="04F9DD06" w:rsidP="004A2394">
      <w:pPr>
        <w:spacing w:after="120"/>
      </w:pPr>
      <w:r>
        <w:t>I confirm that I am over 1</w:t>
      </w:r>
      <w:r w:rsidR="7C18DD63">
        <w:t>8</w:t>
      </w:r>
      <w:r>
        <w:t xml:space="preserve"> years old </w:t>
      </w:r>
      <w:sdt>
        <w:sdtPr>
          <w:id w:val="2132558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☐</w:t>
          </w:r>
        </w:sdtContent>
      </w:sdt>
    </w:p>
    <w:p w14:paraId="4BA0207B" w14:textId="77777777" w:rsidR="00383E2A" w:rsidRDefault="008915E3" w:rsidP="004A2394">
      <w:pPr>
        <w:spacing w:after="120"/>
      </w:pPr>
      <w:r>
        <w:t xml:space="preserve">I agree to the 100 Club rules </w:t>
      </w:r>
      <w:sdt>
        <w:sdtPr>
          <w:id w:val="265329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☐</w:t>
          </w:r>
        </w:sdtContent>
      </w:sdt>
    </w:p>
    <w:p w14:paraId="7790CC2E" w14:textId="77777777" w:rsidR="00383E2A" w:rsidRDefault="008915E3" w:rsidP="004A2394">
      <w:pPr>
        <w:spacing w:after="120"/>
      </w:pPr>
      <w:r>
        <w:t xml:space="preserve">I consent to my details being used for administering the draw </w:t>
      </w:r>
      <w:sdt>
        <w:sdtPr>
          <w:id w:val="1961557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☐</w:t>
          </w:r>
        </w:sdtContent>
      </w:sdt>
    </w:p>
    <w:p w14:paraId="31B74404" w14:textId="77777777" w:rsidR="00383E2A" w:rsidRDefault="008915E3" w:rsidP="004A2394">
      <w:pPr>
        <w:spacing w:after="120"/>
      </w:pPr>
      <w:r>
        <w:t xml:space="preserve">I understand that winners will be contacted using the details provided </w:t>
      </w:r>
      <w:sdt>
        <w:sdtPr>
          <w:id w:val="65598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☐</w:t>
          </w:r>
        </w:sdtContent>
      </w:sdt>
    </w:p>
    <w:p w14:paraId="200268E8" w14:textId="77777777" w:rsidR="00383E2A" w:rsidRDefault="008915E3">
      <w:pPr>
        <w:pStyle w:val="Heading1"/>
      </w:pPr>
      <w:r>
        <w:t>Digital Signature</w:t>
      </w:r>
    </w:p>
    <w:p w14:paraId="6651485C" w14:textId="77777777" w:rsidR="00383E2A" w:rsidRDefault="008915E3" w:rsidP="004A2394">
      <w:pPr>
        <w:spacing w:after="120"/>
      </w:pPr>
      <w:r>
        <w:t xml:space="preserve">Typed Full Name / Signature: </w:t>
      </w:r>
      <w:sdt>
        <w:sdtPr>
          <w:id w:val="521656665"/>
          <w:text/>
        </w:sdtPr>
        <w:sdtEndPr/>
        <w:sdtContent>
          <w:r>
            <w:t>Click here to enter text</w:t>
          </w:r>
        </w:sdtContent>
      </w:sdt>
    </w:p>
    <w:p w14:paraId="6612BECB" w14:textId="77777777" w:rsidR="00383E2A" w:rsidRDefault="008915E3" w:rsidP="004A2394">
      <w:pPr>
        <w:spacing w:after="120"/>
      </w:pPr>
      <w:r>
        <w:t xml:space="preserve">Date: </w:t>
      </w:r>
      <w:sdt>
        <w:sdtPr>
          <w:id w:val="22440313"/>
          <w:text/>
        </w:sdtPr>
        <w:sdtEndPr/>
        <w:sdtContent>
          <w:r>
            <w:t>Click here to enter text</w:t>
          </w:r>
        </w:sdtContent>
      </w:sdt>
    </w:p>
    <w:p w14:paraId="59917C91" w14:textId="77777777" w:rsidR="00383E2A" w:rsidRDefault="008915E3" w:rsidP="004A2394">
      <w:pPr>
        <w:spacing w:after="120"/>
      </w:pPr>
      <w:r>
        <w:t xml:space="preserve">I confirm that the information provided is accurate and serves as my digital signature </w:t>
      </w:r>
      <w:sdt>
        <w:sdtPr>
          <w:id w:val="159169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t>☐</w:t>
          </w:r>
        </w:sdtContent>
      </w:sdt>
    </w:p>
    <w:sectPr w:rsidR="00383E2A" w:rsidSect="009C22BA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4gtge0cb8r047d" int2:id="DQuc19x2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0376058">
    <w:abstractNumId w:val="8"/>
  </w:num>
  <w:num w:numId="2" w16cid:durableId="1119452152">
    <w:abstractNumId w:val="6"/>
  </w:num>
  <w:num w:numId="3" w16cid:durableId="1717658021">
    <w:abstractNumId w:val="5"/>
  </w:num>
  <w:num w:numId="4" w16cid:durableId="590354615">
    <w:abstractNumId w:val="4"/>
  </w:num>
  <w:num w:numId="5" w16cid:durableId="1460611929">
    <w:abstractNumId w:val="7"/>
  </w:num>
  <w:num w:numId="6" w16cid:durableId="1671373558">
    <w:abstractNumId w:val="3"/>
  </w:num>
  <w:num w:numId="7" w16cid:durableId="2024358458">
    <w:abstractNumId w:val="2"/>
  </w:num>
  <w:num w:numId="8" w16cid:durableId="945842306">
    <w:abstractNumId w:val="1"/>
  </w:num>
  <w:num w:numId="9" w16cid:durableId="107454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79E"/>
    <w:rsid w:val="00034616"/>
    <w:rsid w:val="0006063C"/>
    <w:rsid w:val="00071545"/>
    <w:rsid w:val="0015074B"/>
    <w:rsid w:val="001E2F0C"/>
    <w:rsid w:val="0028041B"/>
    <w:rsid w:val="0029639D"/>
    <w:rsid w:val="00313612"/>
    <w:rsid w:val="00326F90"/>
    <w:rsid w:val="00383E2A"/>
    <w:rsid w:val="004460F1"/>
    <w:rsid w:val="004A2394"/>
    <w:rsid w:val="004F33BF"/>
    <w:rsid w:val="00603FA0"/>
    <w:rsid w:val="006A7A69"/>
    <w:rsid w:val="00736477"/>
    <w:rsid w:val="00861B26"/>
    <w:rsid w:val="008915E3"/>
    <w:rsid w:val="00976D5D"/>
    <w:rsid w:val="009C22BA"/>
    <w:rsid w:val="009C7774"/>
    <w:rsid w:val="00A26C68"/>
    <w:rsid w:val="00AA1D8D"/>
    <w:rsid w:val="00AE4F29"/>
    <w:rsid w:val="00B47291"/>
    <w:rsid w:val="00B47730"/>
    <w:rsid w:val="00CB0664"/>
    <w:rsid w:val="00DB65C2"/>
    <w:rsid w:val="00EB6449"/>
    <w:rsid w:val="00FC693F"/>
    <w:rsid w:val="04F9DD06"/>
    <w:rsid w:val="056B2406"/>
    <w:rsid w:val="0C3D0CDA"/>
    <w:rsid w:val="12E1EE17"/>
    <w:rsid w:val="1501356D"/>
    <w:rsid w:val="1E85BDC4"/>
    <w:rsid w:val="29FF3C1B"/>
    <w:rsid w:val="3E237A3E"/>
    <w:rsid w:val="4053F543"/>
    <w:rsid w:val="4427B3BF"/>
    <w:rsid w:val="45381609"/>
    <w:rsid w:val="4A10F2CB"/>
    <w:rsid w:val="51FA4CFC"/>
    <w:rsid w:val="56CF4513"/>
    <w:rsid w:val="68C391D8"/>
    <w:rsid w:val="6A4FDB46"/>
    <w:rsid w:val="72977D28"/>
    <w:rsid w:val="7691EBBA"/>
    <w:rsid w:val="76F3E8A5"/>
    <w:rsid w:val="7C18D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AB99648F-3374-46B8-A207-7E862485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4F9DD0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Manager/>
  <Company/>
  <LinksUpToDate>false</LinksUpToDate>
  <CharactersWithSpaces>1144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turner</cp:lastModifiedBy>
  <cp:revision>3</cp:revision>
  <dcterms:created xsi:type="dcterms:W3CDTF">2026-06-30T11:46:00Z</dcterms:created>
  <dcterms:modified xsi:type="dcterms:W3CDTF">2026-06-30T11:46:00Z</dcterms:modified>
  <cp:category/>
</cp:coreProperties>
</file>